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CBD" w:rsidRDefault="00E523AC">
      <w:pPr>
        <w:jc w:val="center"/>
      </w:pPr>
      <w:r>
        <w:rPr>
          <w:b/>
          <w:sz w:val="32"/>
        </w:rPr>
        <w:t>TITLE OF THE PAPER</w:t>
      </w:r>
    </w:p>
    <w:p w:rsidR="00574CBD" w:rsidRDefault="00E523AC">
      <w:r>
        <w:br/>
      </w:r>
    </w:p>
    <w:p w:rsidR="00574CBD" w:rsidRDefault="00E523AC">
      <w:r>
        <w:t>Author Name1¹, Author Name2²</w:t>
      </w:r>
      <w:r>
        <w:br/>
        <w:t>¹Affiliation, Email</w:t>
      </w:r>
      <w:bookmarkStart w:id="0" w:name="_GoBack"/>
      <w:bookmarkEnd w:id="0"/>
      <w:r>
        <w:br/>
        <w:t>²Affiliation, Email</w:t>
      </w:r>
    </w:p>
    <w:p w:rsidR="00574CBD" w:rsidRDefault="00E523AC">
      <w:r>
        <w:br/>
      </w:r>
    </w:p>
    <w:p w:rsidR="00574CBD" w:rsidRDefault="00E523AC">
      <w:proofErr w:type="gramStart"/>
      <w:r>
        <w:t>ABSTRACT</w:t>
      </w:r>
      <w:proofErr w:type="gramEnd"/>
      <w:r>
        <w:br/>
        <w:t>(Write your abstract here - 150–250 words)</w:t>
      </w:r>
    </w:p>
    <w:p w:rsidR="00574CBD" w:rsidRDefault="00E523AC">
      <w:r>
        <w:t>KEYWORDS</w:t>
      </w:r>
      <w:r>
        <w:br/>
        <w:t>Keyword1, Keyword2, Keyword3</w:t>
      </w:r>
    </w:p>
    <w:p w:rsidR="00574CBD" w:rsidRDefault="00E523AC">
      <w:r>
        <w:t>1. INTRODUCTION</w:t>
      </w:r>
      <w:r>
        <w:br/>
        <w:t>Write introduction here...</w:t>
      </w:r>
    </w:p>
    <w:p w:rsidR="00574CBD" w:rsidRDefault="00E523AC">
      <w:r>
        <w:t>2. LITERATURE REVIEW</w:t>
      </w:r>
      <w:r>
        <w:br/>
        <w:t>Write literature review here...</w:t>
      </w:r>
    </w:p>
    <w:p w:rsidR="00574CBD" w:rsidRDefault="00E523AC">
      <w:r>
        <w:t>3. METHODOLOGY</w:t>
      </w:r>
      <w:r>
        <w:br/>
        <w:t>Write methodology here...</w:t>
      </w:r>
    </w:p>
    <w:p w:rsidR="00574CBD" w:rsidRDefault="00E523AC">
      <w:r>
        <w:t>4. IMPLEMENTATION</w:t>
      </w:r>
      <w:r>
        <w:br/>
        <w:t>Write implementation details here...</w:t>
      </w:r>
    </w:p>
    <w:p w:rsidR="00574CBD" w:rsidRDefault="00E523AC">
      <w:r>
        <w:t>5. RESULTS AND DISCUSSION</w:t>
      </w:r>
      <w:r>
        <w:br/>
        <w:t>Write results here...</w:t>
      </w:r>
    </w:p>
    <w:p w:rsidR="00574CBD" w:rsidRDefault="00E523AC">
      <w:r>
        <w:t>6. CONCLUSION</w:t>
      </w:r>
      <w:r>
        <w:br/>
        <w:t>Write conclusion here...</w:t>
      </w:r>
    </w:p>
    <w:p w:rsidR="00574CBD" w:rsidRDefault="00E523AC">
      <w:r>
        <w:t>ACKNOWLEDGEMENT (Optional</w:t>
      </w:r>
      <w:proofErr w:type="gramStart"/>
      <w:r>
        <w:t>)</w:t>
      </w:r>
      <w:proofErr w:type="gramEnd"/>
      <w:r>
        <w:br/>
        <w:t>Write acknowledgement here...</w:t>
      </w:r>
    </w:p>
    <w:p w:rsidR="00574CBD" w:rsidRDefault="00E523AC">
      <w:proofErr w:type="gramStart"/>
      <w:r>
        <w:t>REFERENCES</w:t>
      </w:r>
      <w:proofErr w:type="gramEnd"/>
      <w:r>
        <w:br/>
        <w:t>[1] Example reference</w:t>
      </w:r>
    </w:p>
    <w:sectPr w:rsidR="00574CBD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1811" w:rsidRDefault="009F1811">
      <w:pPr>
        <w:spacing w:after="0" w:line="240" w:lineRule="auto"/>
      </w:pPr>
      <w:r>
        <w:separator/>
      </w:r>
    </w:p>
  </w:endnote>
  <w:endnote w:type="continuationSeparator" w:id="0">
    <w:p w:rsidR="009F1811" w:rsidRDefault="009F1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CBD" w:rsidRDefault="00E523AC">
    <w:pPr>
      <w:pStyle w:val="Footer"/>
      <w:jc w:val="center"/>
    </w:pPr>
    <w:r>
      <w:t>© DIRJSS | journal.digitroms.com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1811" w:rsidRDefault="009F1811">
      <w:pPr>
        <w:spacing w:after="0" w:line="240" w:lineRule="auto"/>
      </w:pPr>
      <w:r>
        <w:separator/>
      </w:r>
    </w:p>
  </w:footnote>
  <w:footnote w:type="continuationSeparator" w:id="0">
    <w:p w:rsidR="009F1811" w:rsidRDefault="009F1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07EF" w:rsidRPr="009A07EF" w:rsidRDefault="00CE7866" w:rsidP="009A07EF">
    <w:pPr>
      <w:pStyle w:val="Header"/>
      <w:jc w:val="center"/>
    </w:pPr>
    <w:r>
      <w:rPr>
        <w:noProof/>
        <w:lang w:val="en-IN" w:eastAsia="en-IN"/>
      </w:rPr>
      <w:drawing>
        <wp:inline distT="0" distB="0" distL="0" distR="0">
          <wp:extent cx="587742" cy="508000"/>
          <wp:effectExtent l="0" t="114300" r="0" b="1206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emini_Generated_Image_i8idf8i8idf8i8id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651" t="22019" b="19266"/>
                  <a:stretch/>
                </pic:blipFill>
                <pic:spPr bwMode="auto">
                  <a:xfrm>
                    <a:off x="0" y="0"/>
                    <a:ext cx="602365" cy="520639"/>
                  </a:xfrm>
                  <a:prstGeom prst="rect">
                    <a:avLst/>
                  </a:prstGeom>
                  <a:ln>
                    <a:noFill/>
                  </a:ln>
                  <a:effectLst>
                    <a:glow>
                      <a:srgbClr val="4F81BD"/>
                    </a:glow>
                  </a:effectLst>
                  <a:scene3d>
                    <a:camera prst="isometricLeftDown"/>
                    <a:lightRig rig="threePt" dir="t"/>
                  </a:scene3d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9A07EF" w:rsidRPr="009A07EF">
      <w:rPr>
        <w:noProof/>
        <w:sz w:val="24"/>
        <w:lang w:val="en-IN" w:eastAsia="en-IN"/>
      </w:rPr>
      <w:drawing>
        <wp:anchor distT="0" distB="0" distL="114300" distR="114300" simplePos="0" relativeHeight="251658240" behindDoc="0" locked="0" layoutInCell="1" allowOverlap="1" wp14:anchorId="638D56D0" wp14:editId="4048620C">
          <wp:simplePos x="0" y="0"/>
          <wp:positionH relativeFrom="column">
            <wp:posOffset>2498090</wp:posOffset>
          </wp:positionH>
          <wp:positionV relativeFrom="paragraph">
            <wp:posOffset>114935</wp:posOffset>
          </wp:positionV>
          <wp:extent cx="532765" cy="512445"/>
          <wp:effectExtent l="0" t="114300" r="0" b="1162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emini_Generated_Image_i8idf8i8idf8i8id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019" b="19266"/>
                  <a:stretch/>
                </pic:blipFill>
                <pic:spPr bwMode="auto">
                  <a:xfrm>
                    <a:off x="0" y="0"/>
                    <a:ext cx="532765" cy="512445"/>
                  </a:xfrm>
                  <a:prstGeom prst="rect">
                    <a:avLst/>
                  </a:prstGeom>
                  <a:ln>
                    <a:noFill/>
                  </a:ln>
                  <a:effectLst>
                    <a:glow>
                      <a:schemeClr val="accent1"/>
                    </a:glow>
                  </a:effectLst>
                  <a:scene3d>
                    <a:camera prst="isometricRightUp"/>
                    <a:lightRig rig="threePt" dir="t"/>
                  </a:scene3d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9A07EF" w:rsidRPr="009A07EF">
      <w:rPr>
        <w:b/>
        <w:sz w:val="32"/>
        <w:szCs w:val="28"/>
      </w:rPr>
      <w:t>DIRJSS</w:t>
    </w:r>
  </w:p>
  <w:p w:rsidR="00574CBD" w:rsidRPr="00F020BD" w:rsidRDefault="00E523AC">
    <w:pPr>
      <w:pStyle w:val="Header"/>
      <w:jc w:val="center"/>
      <w:rPr>
        <w:b/>
        <w:sz w:val="28"/>
        <w:szCs w:val="24"/>
      </w:rPr>
    </w:pPr>
    <w:proofErr w:type="spellStart"/>
    <w:r w:rsidRPr="00F020BD">
      <w:rPr>
        <w:b/>
        <w:sz w:val="28"/>
        <w:szCs w:val="24"/>
      </w:rPr>
      <w:t>Digitroms</w:t>
    </w:r>
    <w:proofErr w:type="spellEnd"/>
    <w:r w:rsidRPr="00F020BD">
      <w:rPr>
        <w:b/>
        <w:sz w:val="28"/>
        <w:szCs w:val="24"/>
      </w:rPr>
      <w:t xml:space="preserve"> International Research Journal of Software Systems</w:t>
    </w:r>
  </w:p>
  <w:p w:rsidR="009A07EF" w:rsidRPr="00CE7866" w:rsidRDefault="009A07EF">
    <w:pPr>
      <w:pStyle w:val="Header"/>
      <w:jc w:val="center"/>
      <w:rPr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74CBD"/>
    <w:rsid w:val="009A07EF"/>
    <w:rsid w:val="009F1811"/>
    <w:rsid w:val="00AA1D8D"/>
    <w:rsid w:val="00B47730"/>
    <w:rsid w:val="00CB0664"/>
    <w:rsid w:val="00CE7866"/>
    <w:rsid w:val="00E523AC"/>
    <w:rsid w:val="00F020B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  <w15:docId w15:val="{E3E82954-EFDE-4DC7-96C9-D657CEB1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976BB2-BC4F-433D-BB36-48C0C0EAE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550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4</cp:revision>
  <dcterms:created xsi:type="dcterms:W3CDTF">2013-12-23T23:15:00Z</dcterms:created>
  <dcterms:modified xsi:type="dcterms:W3CDTF">2026-05-26T13:57:00Z</dcterms:modified>
  <cp:category/>
</cp:coreProperties>
</file>